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40" w:line="276" w:lineRule="auto"/>
      </w:pPr>
      <w:r>
        <w:rPr>
          <w:rFonts w:ascii="Arial" w:hAnsi="Arial" w:eastAsia="PingFang SC"/>
          <w:b/>
          <w:color w:val="202124"/>
          <w:sz w:val="46"/>
        </w:rPr>
        <w:t>项目需求梳理</w:t>
      </w:r>
    </w:p>
    <w:p>
      <w:pPr>
        <w:keepNext w:val="0"/>
        <w:spacing w:before="0" w:after="340" w:line="276" w:lineRule="auto"/>
      </w:pPr>
      <w:r>
        <w:rPr>
          <w:rFonts w:ascii="Arial" w:hAnsi="Arial" w:eastAsia="PingFang SC"/>
          <w:b w:val="0"/>
          <w:color w:val="5F6368"/>
          <w:sz w:val="21"/>
        </w:rPr>
        <w:t>先把已经确定的内容写下来；暂时没有答案的，可以留到沟通时再确认。</w:t>
      </w:r>
    </w:p>
    <w:p>
      <w:pPr>
        <w:keepNext w:val="0"/>
        <w:spacing w:before="0" w:after="140" w:line="276" w:lineRule="auto"/>
      </w:pPr>
      <w:r>
        <w:rPr>
          <w:rFonts w:ascii="Arial" w:hAnsi="Arial" w:eastAsia="PingFang SC"/>
          <w:b/>
          <w:color w:val="202124"/>
          <w:sz w:val="21"/>
        </w:rPr>
        <w:t>项目名称：</w:t>
      </w:r>
      <w:r>
        <w:rPr>
          <w:rFonts w:ascii="Arial" w:hAnsi="Arial" w:eastAsia="PingFang SC"/>
          <w:b w:val="0"/>
          <w:color w:val="5F6368"/>
          <w:sz w:val="21"/>
          <w:u w:val="single"/>
        </w:rPr>
        <w:t>请填写</w:t>
      </w:r>
    </w:p>
    <w:p>
      <w:pPr>
        <w:keepNext w:val="0"/>
        <w:spacing w:before="0" w:after="140" w:line="276" w:lineRule="auto"/>
      </w:pPr>
      <w:r>
        <w:rPr>
          <w:rFonts w:ascii="Arial" w:hAnsi="Arial" w:eastAsia="PingFang SC"/>
          <w:b/>
          <w:color w:val="202124"/>
          <w:sz w:val="21"/>
        </w:rPr>
        <w:t>公司或组织：</w:t>
      </w:r>
      <w:r>
        <w:rPr>
          <w:rFonts w:ascii="Arial" w:hAnsi="Arial" w:eastAsia="PingFang SC"/>
          <w:b w:val="0"/>
          <w:color w:val="5F6368"/>
          <w:sz w:val="21"/>
          <w:u w:val="single"/>
        </w:rPr>
        <w:t>请填写</w:t>
      </w:r>
    </w:p>
    <w:p>
      <w:pPr>
        <w:keepNext w:val="0"/>
        <w:spacing w:before="0" w:after="140" w:line="276" w:lineRule="auto"/>
      </w:pPr>
      <w:r>
        <w:rPr>
          <w:rFonts w:ascii="Arial" w:hAnsi="Arial" w:eastAsia="PingFang SC"/>
          <w:b/>
          <w:color w:val="202124"/>
          <w:sz w:val="21"/>
        </w:rPr>
        <w:t>联系人：</w:t>
      </w:r>
      <w:r>
        <w:rPr>
          <w:rFonts w:ascii="Arial" w:hAnsi="Arial" w:eastAsia="PingFang SC"/>
          <w:b w:val="0"/>
          <w:color w:val="5F6368"/>
          <w:sz w:val="21"/>
          <w:u w:val="single"/>
        </w:rPr>
        <w:t>请填写</w:t>
      </w:r>
    </w:p>
    <w:p>
      <w:pPr>
        <w:keepNext w:val="0"/>
        <w:spacing w:before="0" w:after="140" w:line="276" w:lineRule="auto"/>
      </w:pPr>
      <w:r>
        <w:rPr>
          <w:rFonts w:ascii="Arial" w:hAnsi="Arial" w:eastAsia="PingFang SC"/>
          <w:b/>
          <w:color w:val="202124"/>
          <w:sz w:val="21"/>
        </w:rPr>
        <w:t>联系方式：</w:t>
      </w:r>
      <w:r>
        <w:rPr>
          <w:rFonts w:ascii="Arial" w:hAnsi="Arial" w:eastAsia="PingFang SC"/>
          <w:b w:val="0"/>
          <w:color w:val="5F6368"/>
          <w:sz w:val="21"/>
          <w:u w:val="single"/>
        </w:rPr>
        <w:t>请填写</w:t>
      </w:r>
    </w:p>
    <w:p>
      <w:pPr>
        <w:pStyle w:val="Heading2"/>
        <w:keepNext/>
        <w:spacing w:before="260" w:after="80" w:line="276" w:lineRule="auto"/>
      </w:pPr>
      <w:r>
        <w:rPr>
          <w:rFonts w:ascii="Arial" w:hAnsi="Arial" w:eastAsia="PingFang SC"/>
          <w:b/>
          <w:color w:val="202124"/>
          <w:sz w:val="28"/>
        </w:rPr>
        <w:t>这次最想交付什么？</w:t>
      </w:r>
    </w:p>
    <w:p>
      <w:pPr>
        <w:keepNext/>
        <w:spacing w:before="0" w:after="140" w:line="276" w:lineRule="auto"/>
      </w:pPr>
      <w:r>
        <w:rPr>
          <w:rFonts w:ascii="Arial" w:hAnsi="Arial" w:eastAsia="PingFang SC"/>
          <w:b w:val="0"/>
          <w:color w:val="5F6368"/>
          <w:sz w:val="21"/>
        </w:rPr>
        <w:t>写明准备建设或改造的系统、主要使用人，以及希望解决的问题。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pStyle w:val="Heading2"/>
        <w:keepNext/>
        <w:spacing w:before="260" w:after="80" w:line="276" w:lineRule="auto"/>
      </w:pPr>
      <w:r>
        <w:rPr>
          <w:rFonts w:ascii="Arial" w:hAnsi="Arial" w:eastAsia="PingFang SC"/>
          <w:b/>
          <w:color w:val="202124"/>
          <w:sz w:val="28"/>
        </w:rPr>
        <w:t>手上已经有什么？</w:t>
      </w:r>
    </w:p>
    <w:p>
      <w:pPr>
        <w:keepNext/>
        <w:spacing w:before="0" w:after="140" w:line="276" w:lineRule="auto"/>
      </w:pPr>
      <w:r>
        <w:rPr>
          <w:rFonts w:ascii="Arial" w:hAnsi="Arial" w:eastAsia="PingFang SC"/>
          <w:b w:val="0"/>
          <w:color w:val="5F6368"/>
          <w:sz w:val="21"/>
        </w:rPr>
        <w:t>已有需求文档、原型、资料、接口或现有系统，都可以写在这里。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pStyle w:val="Heading2"/>
        <w:keepNext/>
        <w:spacing w:before="260" w:after="80" w:line="276" w:lineRule="auto"/>
      </w:pPr>
      <w:r>
        <w:rPr>
          <w:rFonts w:ascii="Arial" w:hAnsi="Arial" w:eastAsia="PingFang SC"/>
          <w:b/>
          <w:color w:val="202124"/>
          <w:sz w:val="28"/>
        </w:rPr>
        <w:t>哪些工作希望交给我们？</w:t>
      </w:r>
    </w:p>
    <w:p>
      <w:pPr>
        <w:keepNext/>
        <w:spacing w:before="0" w:after="140" w:line="276" w:lineRule="auto"/>
      </w:pPr>
      <w:r>
        <w:rPr>
          <w:rFonts w:ascii="Arial" w:hAnsi="Arial" w:eastAsia="PingFang SC"/>
          <w:b w:val="0"/>
          <w:color w:val="5F6368"/>
          <w:sz w:val="21"/>
        </w:rPr>
        <w:t>例如产品设计、开发、AI 接入、系统集成、部署、测试或交接。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r>
        <w:br w:type="page"/>
      </w:r>
    </w:p>
    <w:p>
      <w:pPr>
        <w:pStyle w:val="Heading2"/>
        <w:keepNext/>
        <w:spacing w:before="260" w:after="80" w:line="276" w:lineRule="auto"/>
      </w:pPr>
      <w:r>
        <w:rPr>
          <w:rFonts w:ascii="Arial" w:hAnsi="Arial" w:eastAsia="PingFang SC"/>
          <w:b/>
          <w:color w:val="202124"/>
          <w:sz w:val="28"/>
        </w:rPr>
        <w:t>预算和时间大致怎样？</w:t>
      </w:r>
    </w:p>
    <w:p>
      <w:pPr>
        <w:keepNext/>
        <w:spacing w:before="0" w:after="140" w:line="276" w:lineRule="auto"/>
      </w:pPr>
      <w:r>
        <w:rPr>
          <w:rFonts w:ascii="Arial" w:hAnsi="Arial" w:eastAsia="PingFang SC"/>
          <w:b w:val="0"/>
          <w:color w:val="5F6368"/>
          <w:sz w:val="21"/>
        </w:rPr>
        <w:t>写下预算范围、计划启动或上线时间，以及已经确定的内部节点。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pStyle w:val="Heading2"/>
        <w:keepNext/>
        <w:spacing w:before="260" w:after="80" w:line="276" w:lineRule="auto"/>
      </w:pPr>
      <w:r>
        <w:rPr>
          <w:rFonts w:ascii="Arial" w:hAnsi="Arial" w:eastAsia="PingFang SC"/>
          <w:b/>
          <w:color w:val="202124"/>
          <w:sz w:val="28"/>
        </w:rPr>
        <w:t>谁会一起推进？</w:t>
      </w:r>
    </w:p>
    <w:p>
      <w:pPr>
        <w:keepNext/>
        <w:spacing w:before="0" w:after="140" w:line="276" w:lineRule="auto"/>
      </w:pPr>
      <w:r>
        <w:rPr>
          <w:rFonts w:ascii="Arial" w:hAnsi="Arial" w:eastAsia="PingFang SC"/>
          <w:b w:val="0"/>
          <w:color w:val="5F6368"/>
          <w:sz w:val="21"/>
        </w:rPr>
        <w:t>写明业务、技术、采购或验收负责人，以及需要参与确认的部门。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pStyle w:val="Heading2"/>
        <w:keepNext/>
        <w:spacing w:before="260" w:after="80" w:line="276" w:lineRule="auto"/>
      </w:pPr>
      <w:r>
        <w:rPr>
          <w:rFonts w:ascii="Arial" w:hAnsi="Arial" w:eastAsia="PingFang SC"/>
          <w:b/>
          <w:color w:val="202124"/>
          <w:sz w:val="28"/>
        </w:rPr>
        <w:t>有哪些要求不能变？</w:t>
      </w:r>
    </w:p>
    <w:p>
      <w:pPr>
        <w:keepNext/>
        <w:spacing w:before="0" w:after="140" w:line="276" w:lineRule="auto"/>
      </w:pPr>
      <w:r>
        <w:rPr>
          <w:rFonts w:ascii="Arial" w:hAnsi="Arial" w:eastAsia="PingFang SC"/>
          <w:b w:val="0"/>
          <w:color w:val="5F6368"/>
          <w:sz w:val="21"/>
        </w:rPr>
        <w:t>例如部署、安全、采购、保密、知识产权、验收和人工确认要求。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0" w:after="60" w:line="276" w:lineRule="auto"/>
        <w:pBdr>
          <w:bottom w:val="single" w:sz="4" w:space="2" w:color="DADCE0"/>
        </w:pBdr>
      </w:pPr>
      <w:r>
        <w:t xml:space="preserve"> </w:t>
      </w:r>
    </w:p>
    <w:p>
      <w:pPr>
        <w:keepNext w:val="0"/>
        <w:spacing w:before="300" w:after="0" w:line="276" w:lineRule="auto"/>
      </w:pPr>
      <w:r>
        <w:rPr>
          <w:rFonts w:ascii="Arial" w:hAnsi="Arial" w:eastAsia="PingFang SC"/>
          <w:b w:val="0"/>
          <w:color w:val="5F6368"/>
          <w:sz w:val="20"/>
        </w:rPr>
        <w:t>填写完成后，可以用于内部确认，也可以直接发给项目负责人沟通。</w:t>
      </w:r>
    </w:p>
    <w:sectPr w:rsidR="00FC693F" w:rsidRPr="0006063C" w:rsidSect="00034616">
      <w:pgSz w:w="12240" w:h="15840"/>
      <w:pgMar w:top="1181" w:right="1296" w:bottom="1181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ingFang SC">
    <w:altName w:val="Microsoft YaHei"/>
    <w:family w:val="swiss"/>
    <w:pitch w:val="variable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Arial" w:hAnsi="Arial" w:eastAsia="PingFang SC"/>
      <w:color w:val="2021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80"/>
      <w:outlineLvl w:val="1"/>
    </w:pPr>
    <w:rPr>
      <w:rFonts w:asciiTheme="majorHAnsi" w:eastAsiaTheme="majorEastAsia" w:hAnsiTheme="majorHAnsi" w:cstheme="majorBidi" w:ascii="Arial" w:hAnsi="Arial" w:eastAsia="PingFang SC"/>
      <w:b/>
      <w:bCs/>
      <w:color w:val="20212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项目需求梳理（空白模板）</dc:title>
  <dc:subject>项目前期沟通</dc:subject>
  <dc:creator>自媒科技</dc:creator>
  <cp:keywords>项目需求, 空白模板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